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1C9D6" w14:textId="77777777" w:rsidR="00DB1C43" w:rsidRDefault="00000000">
      <w:r>
        <w:t>The Tutbury Practice</w:t>
      </w:r>
      <w:r>
        <w:br/>
        <w:t>Dr M G Salwey and Dr A Lindsay</w:t>
      </w:r>
      <w:r>
        <w:br/>
        <w:t>Tutbury Health Centre, Monk Street, Tutbury,</w:t>
      </w:r>
      <w:r>
        <w:br/>
        <w:t>Burton On Trent, Staffordshire, DE13 9NA</w:t>
      </w:r>
    </w:p>
    <w:p w14:paraId="25E922A3" w14:textId="77777777" w:rsidR="00DB1C43" w:rsidRPr="001D0069" w:rsidRDefault="00000000" w:rsidP="001D0069">
      <w:pPr>
        <w:rPr>
          <w:rFonts w:asciiTheme="majorHAnsi" w:hAnsiTheme="majorHAnsi" w:cstheme="majorHAnsi"/>
          <w:sz w:val="28"/>
          <w:szCs w:val="28"/>
        </w:rPr>
      </w:pPr>
      <w:r w:rsidRPr="001D0069">
        <w:rPr>
          <w:rFonts w:asciiTheme="majorHAnsi" w:hAnsiTheme="majorHAnsi" w:cstheme="majorHAnsi"/>
          <w:b/>
          <w:sz w:val="28"/>
          <w:szCs w:val="28"/>
          <w:u w:val="single"/>
        </w:rPr>
        <w:t>Consent form</w:t>
      </w:r>
    </w:p>
    <w:p w14:paraId="7BE27F7C" w14:textId="26FD8878" w:rsidR="00DB1C43" w:rsidRDefault="00000000" w:rsidP="00D12523">
      <w:r>
        <w:t xml:space="preserve">Please complete </w:t>
      </w:r>
      <w:proofErr w:type="gramStart"/>
      <w:r>
        <w:t>in order for</w:t>
      </w:r>
      <w:proofErr w:type="gramEnd"/>
      <w:r>
        <w:t xml:space="preserve"> a representative to</w:t>
      </w:r>
      <w:r w:rsidR="000D0EBF">
        <w:br/>
      </w:r>
      <w:r>
        <w:t>* speak on your behalf/access your full medical</w:t>
      </w:r>
      <w:r w:rsidR="00D12523">
        <w:t xml:space="preserve"> </w:t>
      </w:r>
      <w:r>
        <w:t xml:space="preserve">records and discuss any results/concerns regarding your </w:t>
      </w:r>
      <w:proofErr w:type="gramStart"/>
      <w:r>
        <w:t>healthcare.*</w:t>
      </w:r>
      <w:proofErr w:type="gramEnd"/>
      <w:r>
        <w:t xml:space="preserve"> (Delete if appropriate)</w:t>
      </w:r>
    </w:p>
    <w:p w14:paraId="3B41A1B2" w14:textId="77777777" w:rsidR="00DB1C43" w:rsidRPr="00B351E3" w:rsidRDefault="00000000" w:rsidP="00B351E3">
      <w:pPr>
        <w:rPr>
          <w:rFonts w:asciiTheme="majorHAnsi" w:hAnsiTheme="majorHAnsi" w:cstheme="majorHAnsi"/>
          <w:sz w:val="28"/>
          <w:szCs w:val="28"/>
        </w:rPr>
      </w:pPr>
      <w:r w:rsidRPr="00B351E3">
        <w:rPr>
          <w:rFonts w:asciiTheme="majorHAnsi" w:hAnsiTheme="majorHAnsi" w:cstheme="majorHAnsi"/>
          <w:b/>
          <w:sz w:val="28"/>
          <w:szCs w:val="28"/>
          <w:u w:val="single"/>
        </w:rPr>
        <w:t>To be completed by the patient:</w:t>
      </w:r>
    </w:p>
    <w:p w14:paraId="77F97A24" w14:textId="6895E2F2" w:rsidR="00781F8B" w:rsidRDefault="00000000">
      <w:r>
        <w:t>Patient’s Surname: ..............................................................</w:t>
      </w:r>
      <w:r w:rsidR="007D5D07">
        <w:t>................................................</w:t>
      </w:r>
      <w:r w:rsidR="00781F8B">
        <w:t>......................................</w:t>
      </w:r>
      <w:r w:rsidR="007D5D07">
        <w:br/>
      </w:r>
      <w:r>
        <w:t>Forename(s): ..............................................................</w:t>
      </w:r>
      <w:r w:rsidR="007D5D07">
        <w:t>...........................................................</w:t>
      </w:r>
      <w:r w:rsidR="00781F8B">
        <w:t>.......................................</w:t>
      </w:r>
      <w:r w:rsidR="007D5D07">
        <w:br/>
      </w:r>
      <w:r>
        <w:t>Patient’s Full</w:t>
      </w:r>
      <w:r w:rsidR="007D5D07">
        <w:t xml:space="preserve"> </w:t>
      </w:r>
      <w:r>
        <w:t>Address:</w:t>
      </w:r>
      <w:r w:rsidR="007D5D07">
        <w:t xml:space="preserve"> </w:t>
      </w:r>
      <w:r>
        <w:t>...</w:t>
      </w:r>
      <w:r w:rsidR="00781F8B">
        <w:t>.</w:t>
      </w:r>
      <w:r>
        <w:t>......................................................</w:t>
      </w:r>
      <w:r w:rsidR="007D5D07">
        <w:t>....................................................................................</w:t>
      </w:r>
      <w:r w:rsidR="00781F8B">
        <w:br/>
        <w:t>………………………………………………………………………………………………………………………………………..</w:t>
      </w:r>
    </w:p>
    <w:p w14:paraId="5598E15C" w14:textId="4C10F2D7" w:rsidR="00DB1C43" w:rsidRDefault="00000000">
      <w:r>
        <w:t>Date of Birth: ....................................</w:t>
      </w:r>
      <w:r w:rsidR="00781F8B">
        <w:t>.............</w:t>
      </w:r>
      <w:r w:rsidR="007069B2">
        <w:t>..............</w:t>
      </w:r>
    </w:p>
    <w:p w14:paraId="650A6C06" w14:textId="384C6137" w:rsidR="00DB1C43" w:rsidRDefault="00000000">
      <w:r>
        <w:t>Telephone Number: ....................................</w:t>
      </w:r>
      <w:r w:rsidR="007069B2">
        <w:t>..............</w:t>
      </w:r>
    </w:p>
    <w:p w14:paraId="5BDF07B5" w14:textId="77777777" w:rsidR="00DB1C43" w:rsidRDefault="00000000">
      <w:r>
        <w:t>I declare I am the patient and the information given by me is correct and that I am happy for my friend/relative to access the WHOLE of my medical records. If I no longer wish for this person to have access to my record I will inform the surgery.</w:t>
      </w:r>
    </w:p>
    <w:p w14:paraId="16378951" w14:textId="214BD97D" w:rsidR="00DB1C43" w:rsidRDefault="00000000">
      <w:r>
        <w:br/>
        <w:t>Patients Signature ....................</w:t>
      </w:r>
      <w:r w:rsidR="001D0069">
        <w:t>..........................................................................</w:t>
      </w:r>
      <w:r>
        <w:t xml:space="preserve">          Date......................</w:t>
      </w:r>
      <w:r w:rsidR="001D0069">
        <w:t>.............</w:t>
      </w:r>
    </w:p>
    <w:p w14:paraId="6B9BA4BE" w14:textId="77777777" w:rsidR="00DB1C43" w:rsidRPr="00B351E3" w:rsidRDefault="00000000" w:rsidP="00B351E3">
      <w:pPr>
        <w:rPr>
          <w:rFonts w:asciiTheme="majorHAnsi" w:hAnsiTheme="majorHAnsi" w:cstheme="majorHAnsi"/>
          <w:sz w:val="28"/>
          <w:szCs w:val="28"/>
        </w:rPr>
      </w:pPr>
      <w:r w:rsidRPr="00B351E3">
        <w:rPr>
          <w:rFonts w:asciiTheme="majorHAnsi" w:hAnsiTheme="majorHAnsi" w:cstheme="majorHAnsi"/>
          <w:b/>
          <w:sz w:val="28"/>
          <w:szCs w:val="28"/>
          <w:u w:val="single"/>
        </w:rPr>
        <w:t>To be completed by representative:</w:t>
      </w:r>
    </w:p>
    <w:p w14:paraId="5DE94F57" w14:textId="110DFD56" w:rsidR="00DB1C43" w:rsidRDefault="00000000">
      <w:r>
        <w:t>Representatives full name: ................................................</w:t>
      </w:r>
      <w:r w:rsidR="007069B2">
        <w:t>...................................................................................</w:t>
      </w:r>
      <w:r w:rsidR="00B351E3">
        <w:br/>
      </w:r>
      <w:r>
        <w:t>Full Address:</w:t>
      </w:r>
      <w:r w:rsidR="00B351E3">
        <w:t xml:space="preserve"> </w:t>
      </w:r>
      <w:r>
        <w:t>........................................................................................................</w:t>
      </w:r>
      <w:r w:rsidR="007069B2">
        <w:t>.......................................................</w:t>
      </w:r>
      <w:r w:rsidR="007069B2">
        <w:br/>
        <w:t>………………………………………………………………………………………………………………………………………</w:t>
      </w:r>
    </w:p>
    <w:p w14:paraId="6B448407" w14:textId="30BB1C4C" w:rsidR="00DB1C43" w:rsidRDefault="00000000">
      <w:r>
        <w:t>Telephone Number: ....................................</w:t>
      </w:r>
      <w:r w:rsidR="007069B2">
        <w:t>....................</w:t>
      </w:r>
      <w:r w:rsidR="007069B2">
        <w:br/>
      </w:r>
      <w:r>
        <w:t>Relationship to patient: ....................................</w:t>
      </w:r>
      <w:r w:rsidR="007069B2">
        <w:t>.............</w:t>
      </w:r>
      <w:r w:rsidR="007069B2">
        <w:br/>
      </w:r>
      <w:r>
        <w:t>I declare I am the patient’s representative and the information given by me is correct and that I have WHOLE access to their medical records.</w:t>
      </w:r>
      <w:r w:rsidR="00C20E2C">
        <w:br/>
      </w:r>
      <w:r w:rsidR="00E85E1C">
        <w:br/>
      </w:r>
      <w:r>
        <w:t>Friend/relatives signature ................................</w:t>
      </w:r>
      <w:r w:rsidR="00E85E1C">
        <w:t xml:space="preserve">………………………………….   </w:t>
      </w:r>
      <w:r>
        <w:t xml:space="preserve">   Date......................</w:t>
      </w:r>
      <w:r w:rsidR="00C20E2C">
        <w:t>............</w:t>
      </w:r>
    </w:p>
    <w:p w14:paraId="3E89F548" w14:textId="77777777" w:rsidR="00DB1C43" w:rsidRDefault="00000000">
      <w:r>
        <w:t>When this form is completed, the patient will be contacted by the Carer’s Lead to obtain verbal consent in support of this form.</w:t>
      </w:r>
    </w:p>
    <w:p w14:paraId="342D9C4F" w14:textId="371160CB" w:rsidR="00DB1C43" w:rsidRDefault="00000000">
      <w:r>
        <w:t>Verbal consent obtained by: ....................................</w:t>
      </w:r>
      <w:r w:rsidR="00C20E2C">
        <w:t xml:space="preserve">.......................................      </w:t>
      </w:r>
      <w:r>
        <w:t>Date: ............................</w:t>
      </w:r>
      <w:r w:rsidR="00C20E2C">
        <w:t>.......</w:t>
      </w:r>
    </w:p>
    <w:sectPr w:rsidR="00DB1C4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8110006">
    <w:abstractNumId w:val="8"/>
  </w:num>
  <w:num w:numId="2" w16cid:durableId="766147841">
    <w:abstractNumId w:val="6"/>
  </w:num>
  <w:num w:numId="3" w16cid:durableId="1246843338">
    <w:abstractNumId w:val="5"/>
  </w:num>
  <w:num w:numId="4" w16cid:durableId="1549606724">
    <w:abstractNumId w:val="4"/>
  </w:num>
  <w:num w:numId="5" w16cid:durableId="41174499">
    <w:abstractNumId w:val="7"/>
  </w:num>
  <w:num w:numId="6" w16cid:durableId="979577028">
    <w:abstractNumId w:val="3"/>
  </w:num>
  <w:num w:numId="7" w16cid:durableId="232279078">
    <w:abstractNumId w:val="2"/>
  </w:num>
  <w:num w:numId="8" w16cid:durableId="1489711642">
    <w:abstractNumId w:val="1"/>
  </w:num>
  <w:num w:numId="9" w16cid:durableId="468127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0EBF"/>
    <w:rsid w:val="0015074B"/>
    <w:rsid w:val="001D0069"/>
    <w:rsid w:val="0029639D"/>
    <w:rsid w:val="00326F90"/>
    <w:rsid w:val="007069B2"/>
    <w:rsid w:val="00781F8B"/>
    <w:rsid w:val="007D5D07"/>
    <w:rsid w:val="00AA1D8D"/>
    <w:rsid w:val="00B351E3"/>
    <w:rsid w:val="00B47730"/>
    <w:rsid w:val="00C20E2C"/>
    <w:rsid w:val="00CB0664"/>
    <w:rsid w:val="00D12523"/>
    <w:rsid w:val="00DB1C43"/>
    <w:rsid w:val="00E85E1C"/>
    <w:rsid w:val="00FC693F"/>
    <w:rsid w:val="00FF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415B717-26EB-45AF-A4C6-50F22E5CA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Statham (M83037)</dc:creator>
  <cp:keywords/>
  <dc:description>generated by python-docx</dc:description>
  <cp:lastModifiedBy>Michael Statham (M83037)</cp:lastModifiedBy>
  <cp:revision>10</cp:revision>
  <dcterms:created xsi:type="dcterms:W3CDTF">2026-10-29T09:40:00Z</dcterms:created>
  <dcterms:modified xsi:type="dcterms:W3CDTF">2026-10-29T09:49:00Z</dcterms:modified>
  <cp:category/>
</cp:coreProperties>
</file>